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10DD5" w14:textId="77777777" w:rsidR="008D4993" w:rsidRDefault="001726DB">
      <w:pPr>
        <w:jc w:val="center"/>
      </w:pPr>
      <w:r>
        <w:rPr>
          <w:b/>
        </w:rPr>
        <w:t>ORIGINAL RESEARCH ARTICLE</w:t>
      </w:r>
    </w:p>
    <w:p w14:paraId="310C7BE5" w14:textId="77777777" w:rsidR="008D4993" w:rsidRDefault="001726DB">
      <w:pPr>
        <w:jc w:val="center"/>
      </w:pPr>
      <w:r>
        <w:rPr>
          <w:b/>
          <w:sz w:val="28"/>
        </w:rPr>
        <w:t>[FULL TITLE OF THE MANUSCRIPT]</w:t>
      </w:r>
    </w:p>
    <w:p w14:paraId="46F9E006" w14:textId="77777777" w:rsidR="008D4993" w:rsidRDefault="001726DB">
      <w:pPr>
        <w:jc w:val="center"/>
      </w:pPr>
      <w:r>
        <w:rPr>
          <w:b/>
        </w:rPr>
        <w:t>[Author Name]¹, [Author Name]², [Author Name]³</w:t>
      </w:r>
    </w:p>
    <w:p w14:paraId="7B142C3B" w14:textId="77777777" w:rsidR="008D4993" w:rsidRDefault="001726DB">
      <w:pPr>
        <w:jc w:val="center"/>
      </w:pPr>
      <w:r>
        <w:t>[¹Department, Institution, City, State, Country]</w:t>
      </w:r>
      <w:r>
        <w:br/>
        <w:t>[²Department, Institution, City, State, Country]</w:t>
      </w:r>
      <w:r>
        <w:br/>
        <w:t>[³Department, Institution, City, State, Country]</w:t>
      </w:r>
    </w:p>
    <w:p w14:paraId="225629BB" w14:textId="38C6DDAF" w:rsidR="001D2BDD" w:rsidRPr="001D2BDD" w:rsidRDefault="001D2BDD" w:rsidP="001D2BDD">
      <w:pPr>
        <w:pStyle w:val="Heading1"/>
        <w:spacing w:before="0"/>
        <w:rPr>
          <w:color w:val="auto"/>
        </w:rPr>
      </w:pPr>
      <w:r w:rsidRPr="001D2BDD">
        <w:rPr>
          <w:color w:val="auto"/>
        </w:rPr>
        <w:t>Corresponding Author Name:</w:t>
      </w:r>
      <w:r>
        <w:rPr>
          <w:color w:val="auto"/>
        </w:rPr>
        <w:t xml:space="preserve"> </w:t>
      </w:r>
    </w:p>
    <w:p w14:paraId="2E097261" w14:textId="342C4B6B" w:rsidR="008D4993" w:rsidRDefault="001726DB">
      <w:pPr>
        <w:pStyle w:val="Heading1"/>
      </w:pPr>
      <w:r>
        <w:t>ABSTRACT</w:t>
      </w:r>
    </w:p>
    <w:p w14:paraId="3B75CFA0" w14:textId="77777777" w:rsidR="008D4993" w:rsidRDefault="001726DB">
      <w:r>
        <w:rPr>
          <w:b/>
        </w:rPr>
        <w:t>Background:</w:t>
      </w:r>
    </w:p>
    <w:p w14:paraId="31AB058B" w14:textId="77777777" w:rsidR="008D4993" w:rsidRDefault="001726DB">
      <w:r>
        <w:t>[Brief background and rationale.]</w:t>
      </w:r>
    </w:p>
    <w:p w14:paraId="090065DD" w14:textId="77777777" w:rsidR="008D4993" w:rsidRDefault="001726DB">
      <w:r>
        <w:rPr>
          <w:b/>
        </w:rPr>
        <w:t>Objective:</w:t>
      </w:r>
    </w:p>
    <w:p w14:paraId="6F5083E2" w14:textId="77777777" w:rsidR="008D4993" w:rsidRDefault="001726DB">
      <w:r>
        <w:t>[Primary objective.]</w:t>
      </w:r>
    </w:p>
    <w:p w14:paraId="7EE06291" w14:textId="77777777" w:rsidR="008D4993" w:rsidRDefault="001726DB">
      <w:r>
        <w:rPr>
          <w:b/>
        </w:rPr>
        <w:t>Methods:</w:t>
      </w:r>
    </w:p>
    <w:p w14:paraId="0132636B" w14:textId="77777777" w:rsidR="008D4993" w:rsidRDefault="001726DB">
      <w:r>
        <w:t>[Study design, setting, period, participants, sample size, measurements and statistical analysis.]</w:t>
      </w:r>
    </w:p>
    <w:p w14:paraId="051CB466" w14:textId="77777777" w:rsidR="008D4993" w:rsidRDefault="001726DB">
      <w:r>
        <w:rPr>
          <w:b/>
        </w:rPr>
        <w:t>Results:</w:t>
      </w:r>
    </w:p>
    <w:p w14:paraId="39416D32" w14:textId="77777777" w:rsidR="008D4993" w:rsidRDefault="001726DB">
      <w:r>
        <w:t>[Key numerical findings with appropriate statistical values.]</w:t>
      </w:r>
    </w:p>
    <w:p w14:paraId="1E06E8B9" w14:textId="77777777" w:rsidR="008D4993" w:rsidRDefault="001726DB">
      <w:r>
        <w:rPr>
          <w:b/>
        </w:rPr>
        <w:t>Conclusion:</w:t>
      </w:r>
    </w:p>
    <w:p w14:paraId="0A1AB55C" w14:textId="77777777" w:rsidR="008D4993" w:rsidRDefault="001726DB">
      <w:r>
        <w:t>[Main conclusion supported by the results.]</w:t>
      </w:r>
    </w:p>
    <w:p w14:paraId="3DAC4E15" w14:textId="77777777" w:rsidR="008D4993" w:rsidRDefault="001726DB">
      <w:r>
        <w:rPr>
          <w:b/>
        </w:rPr>
        <w:t>Keywords:</w:t>
      </w:r>
    </w:p>
    <w:p w14:paraId="163C564C" w14:textId="77777777" w:rsidR="008D4993" w:rsidRDefault="001726DB">
      <w:r>
        <w:t>[Keyword 1; Keyword 2; Keyword 3; Keyword 4; Keyword 5]</w:t>
      </w:r>
    </w:p>
    <w:p w14:paraId="23C74CD8" w14:textId="77777777" w:rsidR="008D4993" w:rsidRDefault="001726DB">
      <w:pPr>
        <w:pStyle w:val="Heading1"/>
      </w:pPr>
      <w:r>
        <w:t>1. INTRODUCTION</w:t>
      </w:r>
    </w:p>
    <w:p w14:paraId="2FDBCCE4" w14:textId="77777777" w:rsidR="008D4993" w:rsidRDefault="001726DB">
      <w:pPr>
        <w:pStyle w:val="Heading1"/>
      </w:pPr>
      <w:r>
        <w:t>2. OBJECTIVES</w:t>
      </w:r>
    </w:p>
    <w:p w14:paraId="1E50192D" w14:textId="77777777" w:rsidR="008D4993" w:rsidRDefault="001726DB">
      <w:pPr>
        <w:pStyle w:val="Heading1"/>
      </w:pPr>
      <w:r>
        <w:t>3. MATERIALS AND METHODS</w:t>
      </w:r>
    </w:p>
    <w:p w14:paraId="01E29EBB" w14:textId="77777777" w:rsidR="008D4993" w:rsidRDefault="001726DB">
      <w:pPr>
        <w:pStyle w:val="Heading2"/>
      </w:pPr>
      <w:r>
        <w:t>3.1 Study Design</w:t>
      </w:r>
    </w:p>
    <w:p w14:paraId="6DF01511" w14:textId="77777777" w:rsidR="008D4993" w:rsidRDefault="001726DB">
      <w:r>
        <w:t>[Enter details here.]</w:t>
      </w:r>
    </w:p>
    <w:p w14:paraId="2E6522AB" w14:textId="77777777" w:rsidR="008D4993" w:rsidRDefault="001726DB">
      <w:pPr>
        <w:pStyle w:val="Heading2"/>
      </w:pPr>
      <w:r>
        <w:t>3.2 Study Setting</w:t>
      </w:r>
    </w:p>
    <w:p w14:paraId="78EFBD7A" w14:textId="77777777" w:rsidR="008D4993" w:rsidRDefault="001726DB">
      <w:r>
        <w:t>[Enter details here.]</w:t>
      </w:r>
    </w:p>
    <w:p w14:paraId="2044FCD7" w14:textId="77777777" w:rsidR="008D4993" w:rsidRDefault="001726DB">
      <w:pPr>
        <w:pStyle w:val="Heading2"/>
      </w:pPr>
      <w:r>
        <w:lastRenderedPageBreak/>
        <w:t>3.3 Study Period</w:t>
      </w:r>
    </w:p>
    <w:p w14:paraId="11A47FFA" w14:textId="77777777" w:rsidR="008D4993" w:rsidRDefault="001726DB">
      <w:r>
        <w:t>[Enter details here.]</w:t>
      </w:r>
    </w:p>
    <w:p w14:paraId="6ECE5250" w14:textId="77777777" w:rsidR="008D4993" w:rsidRDefault="001726DB">
      <w:pPr>
        <w:pStyle w:val="Heading2"/>
      </w:pPr>
      <w:r>
        <w:t>3.4 Study Population</w:t>
      </w:r>
    </w:p>
    <w:p w14:paraId="7C38C59D" w14:textId="77777777" w:rsidR="008D4993" w:rsidRDefault="001726DB">
      <w:r>
        <w:t>[Enter details here.]</w:t>
      </w:r>
    </w:p>
    <w:p w14:paraId="2902104C" w14:textId="77777777" w:rsidR="008D4993" w:rsidRDefault="001726DB">
      <w:pPr>
        <w:pStyle w:val="Heading2"/>
      </w:pPr>
      <w:r>
        <w:t>3.5 Sample Size</w:t>
      </w:r>
    </w:p>
    <w:p w14:paraId="4F37FB9D" w14:textId="77777777" w:rsidR="008D4993" w:rsidRDefault="001726DB">
      <w:r>
        <w:t>[Enter details here.]</w:t>
      </w:r>
    </w:p>
    <w:p w14:paraId="31BCA53B" w14:textId="77777777" w:rsidR="008D4993" w:rsidRDefault="001726DB">
      <w:pPr>
        <w:pStyle w:val="Heading2"/>
      </w:pPr>
      <w:r>
        <w:t>3.6 Inclusion Criteria</w:t>
      </w:r>
    </w:p>
    <w:p w14:paraId="2D1B9131" w14:textId="77777777" w:rsidR="008D4993" w:rsidRDefault="001726DB">
      <w:r>
        <w:t>[Enter details here.]</w:t>
      </w:r>
    </w:p>
    <w:p w14:paraId="159DC697" w14:textId="77777777" w:rsidR="008D4993" w:rsidRDefault="001726DB">
      <w:pPr>
        <w:pStyle w:val="Heading2"/>
      </w:pPr>
      <w:r>
        <w:t>3.7 Exclusion Criteria</w:t>
      </w:r>
    </w:p>
    <w:p w14:paraId="60D854C3" w14:textId="77777777" w:rsidR="008D4993" w:rsidRDefault="001726DB">
      <w:r>
        <w:t>[Enter details here.]</w:t>
      </w:r>
    </w:p>
    <w:p w14:paraId="6638A8BC" w14:textId="77777777" w:rsidR="008D4993" w:rsidRDefault="001726DB">
      <w:pPr>
        <w:pStyle w:val="Heading2"/>
      </w:pPr>
      <w:r>
        <w:t>3.8 Data Collection</w:t>
      </w:r>
    </w:p>
    <w:p w14:paraId="26AE23B8" w14:textId="77777777" w:rsidR="008D4993" w:rsidRDefault="001726DB">
      <w:r>
        <w:t>[Enter details here.]</w:t>
      </w:r>
    </w:p>
    <w:p w14:paraId="019D0125" w14:textId="77777777" w:rsidR="008D4993" w:rsidRDefault="001726DB">
      <w:pPr>
        <w:pStyle w:val="Heading2"/>
      </w:pPr>
      <w:r>
        <w:t>3.9 Outcome Measures</w:t>
      </w:r>
    </w:p>
    <w:p w14:paraId="7F419DDD" w14:textId="77777777" w:rsidR="008D4993" w:rsidRDefault="001726DB">
      <w:r>
        <w:t>[Enter details here.]</w:t>
      </w:r>
    </w:p>
    <w:p w14:paraId="135214AF" w14:textId="77777777" w:rsidR="008D4993" w:rsidRDefault="001726DB">
      <w:pPr>
        <w:pStyle w:val="Heading2"/>
      </w:pPr>
      <w:r>
        <w:t>3.10 Statistical Analysis</w:t>
      </w:r>
    </w:p>
    <w:p w14:paraId="4EF04415" w14:textId="77777777" w:rsidR="008D4993" w:rsidRDefault="001726DB">
      <w:r>
        <w:t>[Enter details here.]</w:t>
      </w:r>
    </w:p>
    <w:p w14:paraId="7270B08B" w14:textId="77777777" w:rsidR="008D4993" w:rsidRDefault="001726DB">
      <w:pPr>
        <w:pStyle w:val="Heading1"/>
      </w:pPr>
      <w:r>
        <w:t>4. RESULTS</w:t>
      </w:r>
    </w:p>
    <w:p w14:paraId="6831B94F" w14:textId="77777777" w:rsidR="008D4993" w:rsidRDefault="001726DB">
      <w:r>
        <w:t>[Present the findings in a logical sequence. Ensure every table/figure is cited in the text.]</w:t>
      </w:r>
    </w:p>
    <w:p w14:paraId="569EEC6E" w14:textId="77777777" w:rsidR="008D4993" w:rsidRDefault="001726DB">
      <w:pPr>
        <w:pStyle w:val="Heading1"/>
      </w:pPr>
      <w:r>
        <w:t>Table 1. [Title of Table]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82"/>
        <w:gridCol w:w="2482"/>
        <w:gridCol w:w="2481"/>
        <w:gridCol w:w="2481"/>
      </w:tblGrid>
      <w:tr w:rsidR="008D4993" w14:paraId="5193D928" w14:textId="77777777">
        <w:trPr>
          <w:jc w:val="center"/>
        </w:trPr>
        <w:tc>
          <w:tcPr>
            <w:tcW w:w="2484" w:type="dxa"/>
          </w:tcPr>
          <w:p w14:paraId="29E124E9" w14:textId="77777777" w:rsidR="008D4993" w:rsidRDefault="001726DB">
            <w:r>
              <w:t>Variable</w:t>
            </w:r>
          </w:p>
        </w:tc>
        <w:tc>
          <w:tcPr>
            <w:tcW w:w="2484" w:type="dxa"/>
          </w:tcPr>
          <w:p w14:paraId="3D51B62B" w14:textId="77777777" w:rsidR="008D4993" w:rsidRDefault="001726DB">
            <w:r>
              <w:t>Category</w:t>
            </w:r>
          </w:p>
        </w:tc>
        <w:tc>
          <w:tcPr>
            <w:tcW w:w="2484" w:type="dxa"/>
          </w:tcPr>
          <w:p w14:paraId="02C659F4" w14:textId="77777777" w:rsidR="008D4993" w:rsidRDefault="001726DB">
            <w:r>
              <w:t>n</w:t>
            </w:r>
          </w:p>
        </w:tc>
        <w:tc>
          <w:tcPr>
            <w:tcW w:w="2484" w:type="dxa"/>
          </w:tcPr>
          <w:p w14:paraId="0E75A050" w14:textId="77777777" w:rsidR="008D4993" w:rsidRDefault="001726DB">
            <w:r>
              <w:t>%</w:t>
            </w:r>
          </w:p>
        </w:tc>
      </w:tr>
      <w:tr w:rsidR="008D4993" w14:paraId="30F7B15C" w14:textId="77777777">
        <w:trPr>
          <w:jc w:val="center"/>
        </w:trPr>
        <w:tc>
          <w:tcPr>
            <w:tcW w:w="2484" w:type="dxa"/>
          </w:tcPr>
          <w:p w14:paraId="2FFEB7F0" w14:textId="77777777" w:rsidR="008D4993" w:rsidRDefault="001726DB">
            <w:r>
              <w:t>[ ]</w:t>
            </w:r>
          </w:p>
        </w:tc>
        <w:tc>
          <w:tcPr>
            <w:tcW w:w="2484" w:type="dxa"/>
          </w:tcPr>
          <w:p w14:paraId="59E334F3" w14:textId="77777777" w:rsidR="008D4993" w:rsidRDefault="001726DB">
            <w:r>
              <w:t>[ ]</w:t>
            </w:r>
          </w:p>
        </w:tc>
        <w:tc>
          <w:tcPr>
            <w:tcW w:w="2484" w:type="dxa"/>
          </w:tcPr>
          <w:p w14:paraId="7C73220B" w14:textId="77777777" w:rsidR="008D4993" w:rsidRDefault="001726DB">
            <w:r>
              <w:t>[ ]</w:t>
            </w:r>
          </w:p>
        </w:tc>
        <w:tc>
          <w:tcPr>
            <w:tcW w:w="2484" w:type="dxa"/>
          </w:tcPr>
          <w:p w14:paraId="67EE030B" w14:textId="77777777" w:rsidR="008D4993" w:rsidRDefault="001726DB">
            <w:r>
              <w:t>[ ]</w:t>
            </w:r>
          </w:p>
        </w:tc>
      </w:tr>
    </w:tbl>
    <w:p w14:paraId="295BF3A2" w14:textId="77777777" w:rsidR="008D4993" w:rsidRDefault="001726DB">
      <w:r>
        <w:t>[Add additional tables as required. Table titles should appear above tables.]</w:t>
      </w:r>
    </w:p>
    <w:p w14:paraId="479E6631" w14:textId="77777777" w:rsidR="008D4993" w:rsidRDefault="001726DB">
      <w:pPr>
        <w:pStyle w:val="Heading1"/>
      </w:pPr>
      <w:r>
        <w:t>5. DISCUSSION</w:t>
      </w:r>
    </w:p>
    <w:p w14:paraId="22C34590" w14:textId="77777777" w:rsidR="008D4993" w:rsidRDefault="001726DB">
      <w:r>
        <w:t>[Interpret the principal findings and compare them with relevant published literature.]</w:t>
      </w:r>
    </w:p>
    <w:p w14:paraId="38505E09" w14:textId="77777777" w:rsidR="008D4993" w:rsidRDefault="001726DB">
      <w:pPr>
        <w:pStyle w:val="Heading1"/>
      </w:pPr>
      <w:r>
        <w:t>6. STRENGTHS OF THE STUDY</w:t>
      </w:r>
    </w:p>
    <w:p w14:paraId="7E344600" w14:textId="77777777" w:rsidR="008D4993" w:rsidRDefault="001726DB">
      <w:r>
        <w:t>[Enter strengths, if applicable.]</w:t>
      </w:r>
    </w:p>
    <w:p w14:paraId="366E59D3" w14:textId="77777777" w:rsidR="008D4993" w:rsidRDefault="001726DB">
      <w:pPr>
        <w:pStyle w:val="Heading1"/>
      </w:pPr>
      <w:r>
        <w:t>7. LIMITATIONS</w:t>
      </w:r>
    </w:p>
    <w:p w14:paraId="4278B5D0" w14:textId="77777777" w:rsidR="008D4993" w:rsidRDefault="001726DB">
      <w:r>
        <w:t>[Enter limitations.]</w:t>
      </w:r>
    </w:p>
    <w:p w14:paraId="2BE3D550" w14:textId="77777777" w:rsidR="008D4993" w:rsidRDefault="001726DB">
      <w:pPr>
        <w:pStyle w:val="Heading1"/>
      </w:pPr>
      <w:r>
        <w:t>8. CONCLUSION</w:t>
      </w:r>
    </w:p>
    <w:p w14:paraId="5E7B355A" w14:textId="77777777" w:rsidR="008D4993" w:rsidRDefault="001726DB">
      <w:r>
        <w:t>[Concise conclusion directly supported by the study findings.]</w:t>
      </w:r>
    </w:p>
    <w:p w14:paraId="37BAAEFD" w14:textId="77777777" w:rsidR="008D4993" w:rsidRDefault="001726DB">
      <w:pPr>
        <w:pStyle w:val="Heading1"/>
      </w:pPr>
      <w:r>
        <w:lastRenderedPageBreak/>
        <w:t>9. DECLARATIONS</w:t>
      </w:r>
    </w:p>
    <w:p w14:paraId="0FD7EBF7" w14:textId="77777777" w:rsidR="008D4993" w:rsidRDefault="001726DB">
      <w:pPr>
        <w:pStyle w:val="Heading2"/>
      </w:pPr>
      <w:r>
        <w:t>Ethics Approval and Consent</w:t>
      </w:r>
    </w:p>
    <w:p w14:paraId="69842437" w14:textId="77777777" w:rsidR="008D4993" w:rsidRDefault="001726DB">
      <w:r>
        <w:t>[Enter statement.]</w:t>
      </w:r>
    </w:p>
    <w:p w14:paraId="0D6E48BF" w14:textId="77777777" w:rsidR="008D4993" w:rsidRDefault="001726DB">
      <w:pPr>
        <w:pStyle w:val="Heading2"/>
      </w:pPr>
      <w:r>
        <w:t>Consent for Publication</w:t>
      </w:r>
    </w:p>
    <w:p w14:paraId="5AE9770A" w14:textId="77777777" w:rsidR="008D4993" w:rsidRDefault="001726DB">
      <w:r>
        <w:t>[Enter statement.]</w:t>
      </w:r>
    </w:p>
    <w:p w14:paraId="4988A88D" w14:textId="77777777" w:rsidR="008D4993" w:rsidRDefault="001726DB">
      <w:pPr>
        <w:pStyle w:val="Heading2"/>
      </w:pPr>
      <w:r>
        <w:t>Funding</w:t>
      </w:r>
    </w:p>
    <w:p w14:paraId="1AB714F9" w14:textId="77777777" w:rsidR="008D4993" w:rsidRDefault="001726DB">
      <w:r>
        <w:t>[Enter statement.]</w:t>
      </w:r>
    </w:p>
    <w:p w14:paraId="7CAC4F92" w14:textId="77777777" w:rsidR="008D4993" w:rsidRDefault="001726DB">
      <w:pPr>
        <w:pStyle w:val="Heading2"/>
      </w:pPr>
      <w:r>
        <w:t>Conflict of Interest</w:t>
      </w:r>
    </w:p>
    <w:p w14:paraId="7975A04D" w14:textId="77777777" w:rsidR="008D4993" w:rsidRDefault="001726DB">
      <w:r>
        <w:t>[Enter statement.]</w:t>
      </w:r>
    </w:p>
    <w:p w14:paraId="3093AB60" w14:textId="77777777" w:rsidR="008D4993" w:rsidRDefault="001726DB">
      <w:pPr>
        <w:pStyle w:val="Heading2"/>
      </w:pPr>
      <w:r>
        <w:t>Authors' Contributions</w:t>
      </w:r>
    </w:p>
    <w:p w14:paraId="2C225007" w14:textId="77777777" w:rsidR="008D4993" w:rsidRDefault="001726DB">
      <w:r>
        <w:t>[Enter statement.]</w:t>
      </w:r>
    </w:p>
    <w:p w14:paraId="3B64E154" w14:textId="77777777" w:rsidR="008D4993" w:rsidRDefault="001726DB">
      <w:pPr>
        <w:pStyle w:val="Heading2"/>
      </w:pPr>
      <w:r>
        <w:t>Data Availability</w:t>
      </w:r>
    </w:p>
    <w:p w14:paraId="2825239E" w14:textId="77777777" w:rsidR="008D4993" w:rsidRDefault="001726DB">
      <w:r>
        <w:t>[Enter statement.]</w:t>
      </w:r>
    </w:p>
    <w:p w14:paraId="33D41E8B" w14:textId="77777777" w:rsidR="008D4993" w:rsidRDefault="001726DB">
      <w:pPr>
        <w:pStyle w:val="Heading1"/>
      </w:pPr>
      <w:r>
        <w:t>10. REFERENCES</w:t>
      </w:r>
    </w:p>
    <w:p w14:paraId="6BA49289" w14:textId="77777777" w:rsidR="008D4993" w:rsidRDefault="001726DB">
      <w:r>
        <w:t>[Use the journal's required reference style consistently. Verify accuracy and completeness of every reference.]</w:t>
      </w:r>
    </w:p>
    <w:p w14:paraId="23967C05" w14:textId="77777777" w:rsidR="008D4993" w:rsidRDefault="001726DB">
      <w:r>
        <w:t>1. [Author(s)]. [Article title]. [Journal]. [Year];[Volume]([Issue]):[Pages].</w:t>
      </w:r>
    </w:p>
    <w:p w14:paraId="5F20952B" w14:textId="77777777" w:rsidR="008D4993" w:rsidRDefault="001726DB">
      <w:r>
        <w:t>2. [Author(s)]. [Article title]. [Journal]. [Year];[Volume]([Issue]):[Pages].</w:t>
      </w:r>
    </w:p>
    <w:p w14:paraId="00078C29" w14:textId="77777777" w:rsidR="008D4993" w:rsidRDefault="001726DB">
      <w:r>
        <w:t>3. [Author(s)]. [Article title]. [Journal]. [Year];[Volume]([Issue]):[Pages].</w:t>
      </w:r>
    </w:p>
    <w:p w14:paraId="3C98A5D6" w14:textId="77777777" w:rsidR="008D4993" w:rsidRDefault="001726DB">
      <w:r>
        <w:t>4. [Author(s)]. [Article title]. [Journal]. [Year];[Volume]([Issue]):[Pages].</w:t>
      </w:r>
    </w:p>
    <w:p w14:paraId="471ECB46" w14:textId="77777777" w:rsidR="008D4993" w:rsidRDefault="001726DB">
      <w:r>
        <w:t>5. [Author(s)]. [Article title]. [Journal]. [Year];[Volume]([Issue]):[Pages].</w:t>
      </w:r>
    </w:p>
    <w:sectPr w:rsidR="008D4993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2B872" w14:textId="77777777" w:rsidR="001726DB" w:rsidRDefault="001726DB">
      <w:pPr>
        <w:spacing w:after="0" w:line="240" w:lineRule="auto"/>
      </w:pPr>
      <w:r>
        <w:separator/>
      </w:r>
    </w:p>
  </w:endnote>
  <w:endnote w:type="continuationSeparator" w:id="0">
    <w:p w14:paraId="4B595498" w14:textId="77777777" w:rsidR="001726DB" w:rsidRDefault="00172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8FDA5" w14:textId="77777777" w:rsidR="008D4993" w:rsidRDefault="001726DB">
    <w:pPr>
      <w:pStyle w:val="Footer"/>
      <w:jc w:val="center"/>
    </w:pPr>
    <w:r>
      <w:rPr>
        <w:sz w:val="18"/>
      </w:rPr>
      <w:t>International Journal of Clinical, Medical and Health Sciences (</w:t>
    </w:r>
    <w:proofErr w:type="gramStart"/>
    <w:r>
      <w:rPr>
        <w:sz w:val="18"/>
      </w:rPr>
      <w:t>IJCMHS)  |</w:t>
    </w:r>
    <w:proofErr w:type="gramEnd"/>
    <w:r>
      <w:rPr>
        <w:sz w:val="18"/>
      </w:rPr>
      <w:t xml:space="preserve">  Manuscript </w:t>
    </w:r>
    <w:proofErr w:type="gramStart"/>
    <w:r>
      <w:rPr>
        <w:sz w:val="18"/>
      </w:rPr>
      <w:t>Template</w:t>
    </w:r>
    <w:r>
      <w:t xml:space="preserve">  |</w:t>
    </w:r>
    <w:proofErr w:type="gramEnd"/>
    <w:r>
      <w:t xml:space="preserve">  Page </w:t>
    </w:r>
    <w:r>
      <w:fldChar w:fldCharType="begin"/>
    </w:r>
    <w:r>
      <w:instrText>PAGE</w:instrText>
    </w:r>
    <w:r>
      <w:fldChar w:fldCharType="separate"/>
    </w:r>
    <w:r w:rsidR="001D2BD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826B7" w14:textId="77777777" w:rsidR="001726DB" w:rsidRDefault="001726DB">
      <w:pPr>
        <w:spacing w:after="0" w:line="240" w:lineRule="auto"/>
      </w:pPr>
      <w:r>
        <w:separator/>
      </w:r>
    </w:p>
  </w:footnote>
  <w:footnote w:type="continuationSeparator" w:id="0">
    <w:p w14:paraId="65409974" w14:textId="77777777" w:rsidR="001726DB" w:rsidRDefault="00172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69693607">
    <w:abstractNumId w:val="8"/>
  </w:num>
  <w:num w:numId="2" w16cid:durableId="932978664">
    <w:abstractNumId w:val="6"/>
  </w:num>
  <w:num w:numId="3" w16cid:durableId="67465157">
    <w:abstractNumId w:val="5"/>
  </w:num>
  <w:num w:numId="4" w16cid:durableId="613830890">
    <w:abstractNumId w:val="4"/>
  </w:num>
  <w:num w:numId="5" w16cid:durableId="1979989162">
    <w:abstractNumId w:val="7"/>
  </w:num>
  <w:num w:numId="6" w16cid:durableId="992418020">
    <w:abstractNumId w:val="3"/>
  </w:num>
  <w:num w:numId="7" w16cid:durableId="306278456">
    <w:abstractNumId w:val="2"/>
  </w:num>
  <w:num w:numId="8" w16cid:durableId="441416048">
    <w:abstractNumId w:val="1"/>
  </w:num>
  <w:num w:numId="9" w16cid:durableId="788936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26DB"/>
    <w:rsid w:val="001D2BDD"/>
    <w:rsid w:val="0029639D"/>
    <w:rsid w:val="00326F90"/>
    <w:rsid w:val="008D4993"/>
    <w:rsid w:val="00A97FE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7A18DA"/>
  <w14:defaultImageDpi w14:val="300"/>
  <w15:docId w15:val="{2AA92372-503A-4920-ABC5-0E453812F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Iqbal Hussain</cp:lastModifiedBy>
  <cp:revision>2</cp:revision>
  <dcterms:created xsi:type="dcterms:W3CDTF">2026-08-14T15:22:00Z</dcterms:created>
  <dcterms:modified xsi:type="dcterms:W3CDTF">2026-08-14T15:22:00Z</dcterms:modified>
  <cp:category/>
</cp:coreProperties>
</file>